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C736" w14:textId="393FFC7F" w:rsidR="000C640E" w:rsidRDefault="0078175E">
      <w:pPr>
        <w:pStyle w:val="Title"/>
        <w:jc w:val="center"/>
      </w:pPr>
      <w:r>
        <w:t>YouMove E</w:t>
      </w:r>
      <w:r w:rsidR="7CB53827">
        <w:t xml:space="preserve">arly </w:t>
      </w:r>
      <w:r>
        <w:t>Y</w:t>
      </w:r>
      <w:r w:rsidR="4B4732F0">
        <w:t>ear</w:t>
      </w:r>
      <w:r>
        <w:t xml:space="preserve">’s </w:t>
      </w:r>
      <w:r w:rsidR="00AC132C">
        <w:t>Small Grants Application Form</w:t>
      </w:r>
    </w:p>
    <w:p w14:paraId="25086D3D" w14:textId="6A10BBE6" w:rsidR="000C640E" w:rsidRDefault="54CA5C58">
      <w:pPr>
        <w:jc w:val="center"/>
      </w:pPr>
      <w:r w:rsidRPr="688121D6">
        <w:rPr>
          <w:b/>
          <w:bCs/>
        </w:rPr>
        <w:t>G</w:t>
      </w:r>
      <w:r w:rsidR="00AC132C" w:rsidRPr="688121D6">
        <w:rPr>
          <w:b/>
          <w:bCs/>
        </w:rPr>
        <w:t xml:space="preserve">rant available: </w:t>
      </w:r>
      <w:r w:rsidR="3356FDED" w:rsidRPr="688121D6">
        <w:rPr>
          <w:b/>
          <w:bCs/>
        </w:rPr>
        <w:t xml:space="preserve">£100- </w:t>
      </w:r>
      <w:r w:rsidR="00AC132C" w:rsidRPr="688121D6">
        <w:rPr>
          <w:b/>
          <w:bCs/>
        </w:rPr>
        <w:t>£1,000</w:t>
      </w:r>
    </w:p>
    <w:p w14:paraId="4F537222" w14:textId="4ACA7700" w:rsidR="000C640E" w:rsidRDefault="00AC132C">
      <w:pPr>
        <w:spacing w:after="100"/>
      </w:pPr>
      <w:r>
        <w:t>This fund supports simple, practical activity that directly benefits Early Years children and/or their families, improves local provision, and helps them to be more active.</w:t>
      </w:r>
      <w:r w:rsidR="5A4A7EB2">
        <w:t xml:space="preserve"> </w:t>
      </w:r>
      <w:r w:rsidR="66F475C5">
        <w:t xml:space="preserve">Completed applications and/or any </w:t>
      </w:r>
      <w:r w:rsidR="0386CD47">
        <w:t>queries</w:t>
      </w:r>
      <w:r w:rsidR="66F475C5">
        <w:t xml:space="preserve"> related to this grant please</w:t>
      </w:r>
      <w:r w:rsidR="5A4A7EB2">
        <w:t xml:space="preserve"> contact </w:t>
      </w:r>
      <w:hyperlink r:id="rId11">
        <w:r w:rsidR="5A4A7EB2" w:rsidRPr="688121D6">
          <w:rPr>
            <w:rStyle w:val="Hyperlink"/>
          </w:rPr>
          <w:t>merimosharrafa@activeoxfordshire.org</w:t>
        </w:r>
      </w:hyperlink>
      <w:r w:rsidR="70D73DD4">
        <w:t xml:space="preserve"> </w:t>
      </w:r>
    </w:p>
    <w:p w14:paraId="4F4E6C4D" w14:textId="77777777" w:rsidR="000C640E" w:rsidRDefault="00AC132C" w:rsidP="688121D6">
      <w:pPr>
        <w:spacing w:before="160" w:after="100"/>
        <w:rPr>
          <w:b/>
          <w:bCs/>
          <w:sz w:val="22"/>
        </w:rPr>
      </w:pPr>
      <w:r w:rsidRPr="688121D6">
        <w:rPr>
          <w:b/>
          <w:bCs/>
          <w:sz w:val="26"/>
          <w:szCs w:val="26"/>
        </w:rPr>
        <w:t xml:space="preserve">1. </w:t>
      </w:r>
      <w:r w:rsidRPr="688121D6">
        <w:rPr>
          <w:b/>
          <w:bCs/>
          <w:sz w:val="22"/>
        </w:rPr>
        <w:t>Mandatory Early Years eligibility check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0C640E" w14:paraId="4F1D0AD7" w14:textId="77777777" w:rsidTr="688121D6">
        <w:trPr>
          <w:jc w:val="center"/>
        </w:trPr>
        <w:tc>
          <w:tcPr>
            <w:tcW w:w="10656" w:type="dxa"/>
            <w:shd w:val="clear" w:color="auto" w:fill="EAF4E2"/>
            <w:vAlign w:val="center"/>
          </w:tcPr>
          <w:p w14:paraId="0E9D99AC" w14:textId="77777777" w:rsidR="000C640E" w:rsidRDefault="00AC132C" w:rsidP="688121D6">
            <w:pPr>
              <w:rPr>
                <w:b/>
                <w:bCs/>
                <w:sz w:val="22"/>
              </w:rPr>
            </w:pPr>
            <w:r w:rsidRPr="688121D6">
              <w:rPr>
                <w:b/>
                <w:bCs/>
                <w:sz w:val="22"/>
              </w:rPr>
              <w:t>Does this proposal directly benefit Early Years children and/or their families?   ☐ Yes   ☐ No</w:t>
            </w:r>
          </w:p>
        </w:tc>
      </w:tr>
      <w:tr w:rsidR="000C640E" w14:paraId="2E1A2A0A" w14:textId="77777777" w:rsidTr="688121D6">
        <w:trPr>
          <w:jc w:val="center"/>
        </w:trPr>
        <w:tc>
          <w:tcPr>
            <w:tcW w:w="10656" w:type="dxa"/>
            <w:shd w:val="clear" w:color="auto" w:fill="F4F4F4"/>
          </w:tcPr>
          <w:p w14:paraId="2835AC27" w14:textId="77777777" w:rsidR="000C640E" w:rsidRDefault="00AC132C" w:rsidP="688121D6">
            <w:pPr>
              <w:rPr>
                <w:b/>
                <w:bCs/>
                <w:sz w:val="22"/>
              </w:rPr>
            </w:pPr>
            <w:r w:rsidRPr="688121D6">
              <w:rPr>
                <w:b/>
                <w:bCs/>
                <w:sz w:val="22"/>
              </w:rPr>
              <w:t>This is a mandatory requirement. If you answer No, this application is not eligible for funding and should not be completed further.</w:t>
            </w:r>
          </w:p>
        </w:tc>
      </w:tr>
    </w:tbl>
    <w:p w14:paraId="3CCB7B41" w14:textId="77777777" w:rsidR="000C640E" w:rsidRDefault="00AC132C">
      <w:pPr>
        <w:pStyle w:val="Heading1"/>
        <w:spacing w:before="40" w:after="60"/>
      </w:pPr>
      <w:r>
        <w:t>2. About you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4"/>
        <w:gridCol w:w="5322"/>
      </w:tblGrid>
      <w:tr w:rsidR="000C640E" w14:paraId="5E2A15C6" w14:textId="77777777" w:rsidTr="6BD5D1AB">
        <w:trPr>
          <w:trHeight w:val="403"/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65443A3D" w14:textId="77777777" w:rsidR="000C640E" w:rsidRDefault="00AC132C">
            <w:r>
              <w:rPr>
                <w:b/>
              </w:rPr>
              <w:t>Organisation / group name</w:t>
            </w:r>
          </w:p>
        </w:tc>
        <w:tc>
          <w:tcPr>
            <w:tcW w:w="5328" w:type="dxa"/>
            <w:vAlign w:val="center"/>
          </w:tcPr>
          <w:p w14:paraId="057B16E5" w14:textId="77777777" w:rsidR="000C640E" w:rsidRDefault="000C640E"/>
        </w:tc>
      </w:tr>
      <w:tr w:rsidR="000C640E" w14:paraId="7F09C4A4" w14:textId="77777777" w:rsidTr="6BD5D1AB">
        <w:trPr>
          <w:trHeight w:val="403"/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0F922AD1" w14:textId="77777777" w:rsidR="000C640E" w:rsidRDefault="00AC132C">
            <w:r>
              <w:rPr>
                <w:b/>
              </w:rPr>
              <w:t>Main contact</w:t>
            </w:r>
          </w:p>
        </w:tc>
        <w:tc>
          <w:tcPr>
            <w:tcW w:w="5328" w:type="dxa"/>
            <w:vAlign w:val="center"/>
          </w:tcPr>
          <w:p w14:paraId="75815E40" w14:textId="77777777" w:rsidR="000C640E" w:rsidRDefault="000C640E"/>
        </w:tc>
      </w:tr>
      <w:tr w:rsidR="000C640E" w14:paraId="2EE3EC18" w14:textId="77777777" w:rsidTr="6BD5D1AB">
        <w:trPr>
          <w:trHeight w:val="403"/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34C9D079" w14:textId="77777777" w:rsidR="000C640E" w:rsidRDefault="00AC132C">
            <w:r>
              <w:rPr>
                <w:b/>
              </w:rPr>
              <w:t>Email / phone</w:t>
            </w:r>
          </w:p>
        </w:tc>
        <w:tc>
          <w:tcPr>
            <w:tcW w:w="5328" w:type="dxa"/>
            <w:vAlign w:val="center"/>
          </w:tcPr>
          <w:p w14:paraId="3D4F8667" w14:textId="77777777" w:rsidR="000C640E" w:rsidRDefault="000C640E"/>
        </w:tc>
      </w:tr>
      <w:tr w:rsidR="000C640E" w14:paraId="51C7F1AD" w14:textId="77777777" w:rsidTr="6BD5D1AB">
        <w:trPr>
          <w:trHeight w:val="403"/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78E523EA" w14:textId="75501946" w:rsidR="000C640E" w:rsidRDefault="027C61D8" w:rsidP="6BD5D1AB">
            <w:r w:rsidRPr="6BD5D1AB">
              <w:rPr>
                <w:b/>
                <w:bCs/>
              </w:rPr>
              <w:t>Which District Council is this delivered in?</w:t>
            </w:r>
          </w:p>
        </w:tc>
        <w:tc>
          <w:tcPr>
            <w:tcW w:w="5328" w:type="dxa"/>
            <w:vAlign w:val="center"/>
          </w:tcPr>
          <w:p w14:paraId="099FC7FD" w14:textId="77777777" w:rsidR="000C640E" w:rsidRDefault="000C640E"/>
        </w:tc>
      </w:tr>
    </w:tbl>
    <w:p w14:paraId="7E8F5F99" w14:textId="77777777" w:rsidR="000C640E" w:rsidRDefault="00AC132C">
      <w:pPr>
        <w:pStyle w:val="Heading1"/>
        <w:spacing w:before="100" w:after="40"/>
      </w:pPr>
      <w:r>
        <w:t>3. What are you asking for?</w:t>
      </w:r>
    </w:p>
    <w:p w14:paraId="5D53640C" w14:textId="77777777" w:rsidR="000C640E" w:rsidRDefault="00AC132C">
      <w:pPr>
        <w:spacing w:after="40"/>
      </w:pPr>
      <w:r>
        <w:rPr>
          <w:b/>
        </w:rPr>
        <w:t>Amount requested: £</w:t>
      </w:r>
      <w:r>
        <w:t>________________</w:t>
      </w:r>
    </w:p>
    <w:p w14:paraId="6331F6C0" w14:textId="52D4BBD2" w:rsidR="000C640E" w:rsidRDefault="00AC132C">
      <w:pPr>
        <w:spacing w:after="20"/>
      </w:pPr>
      <w:r w:rsidRPr="6AEC86C9">
        <w:rPr>
          <w:b/>
          <w:bCs/>
        </w:rPr>
        <w:t>What would you like to use the funding for</w:t>
      </w:r>
      <w:r w:rsidR="671A52AE" w:rsidRPr="6AEC86C9">
        <w:rPr>
          <w:b/>
          <w:bCs/>
        </w:rPr>
        <w:t xml:space="preserve"> (max 150 words)</w:t>
      </w:r>
      <w:r w:rsidR="00A07929" w:rsidRPr="6AEC86C9">
        <w:rPr>
          <w:b/>
          <w:bCs/>
        </w:rPr>
        <w:t xml:space="preserve"> </w:t>
      </w:r>
      <w:r w:rsidRPr="6AEC86C9">
        <w:rPr>
          <w:b/>
          <w:bCs/>
        </w:rPr>
        <w:t>?</w:t>
      </w:r>
    </w:p>
    <w:p w14:paraId="0ED40E27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782F9EF1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55F18D45" w14:textId="79A093BA" w:rsidR="000C640E" w:rsidRDefault="00AC132C">
      <w:pPr>
        <w:pStyle w:val="Heading1"/>
        <w:spacing w:before="80" w:after="40"/>
      </w:pPr>
      <w:r>
        <w:t>4. Who will benefit</w:t>
      </w:r>
      <w:r w:rsidR="49344025">
        <w:t xml:space="preserve"> (select all that apply)</w:t>
      </w:r>
      <w:r>
        <w:t>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0C640E" w14:paraId="564F33E7" w14:textId="77777777">
        <w:trPr>
          <w:jc w:val="center"/>
        </w:trPr>
        <w:tc>
          <w:tcPr>
            <w:tcW w:w="5328" w:type="dxa"/>
            <w:vAlign w:val="center"/>
          </w:tcPr>
          <w:p w14:paraId="2EC56483" w14:textId="77777777" w:rsidR="000C640E" w:rsidRDefault="00AC132C">
            <w:r>
              <w:t>☐ Early Years children (mandatory focus)</w:t>
            </w:r>
          </w:p>
        </w:tc>
        <w:tc>
          <w:tcPr>
            <w:tcW w:w="5328" w:type="dxa"/>
            <w:vAlign w:val="center"/>
          </w:tcPr>
          <w:p w14:paraId="65ADC443" w14:textId="77777777" w:rsidR="000C640E" w:rsidRDefault="00AC132C">
            <w:r>
              <w:t>☐ Parents / carers of Early Years children</w:t>
            </w:r>
          </w:p>
        </w:tc>
      </w:tr>
      <w:tr w:rsidR="000C640E" w14:paraId="2AD28F86" w14:textId="77777777">
        <w:trPr>
          <w:jc w:val="center"/>
        </w:trPr>
        <w:tc>
          <w:tcPr>
            <w:tcW w:w="5328" w:type="dxa"/>
            <w:vAlign w:val="center"/>
          </w:tcPr>
          <w:p w14:paraId="3786FE88" w14:textId="77777777" w:rsidR="000C640E" w:rsidRDefault="00AC132C">
            <w:r>
              <w:t>☐ Families experiencing inequalities</w:t>
            </w:r>
          </w:p>
        </w:tc>
        <w:tc>
          <w:tcPr>
            <w:tcW w:w="5328" w:type="dxa"/>
            <w:vAlign w:val="center"/>
          </w:tcPr>
          <w:p w14:paraId="50DF8A89" w14:textId="77777777" w:rsidR="000C640E" w:rsidRDefault="00AC132C">
            <w:r>
              <w:t>☐ YouMove families</w:t>
            </w:r>
          </w:p>
        </w:tc>
      </w:tr>
      <w:tr w:rsidR="000C640E" w14:paraId="79157DE2" w14:textId="77777777">
        <w:trPr>
          <w:jc w:val="center"/>
        </w:trPr>
        <w:tc>
          <w:tcPr>
            <w:tcW w:w="5328" w:type="dxa"/>
            <w:vAlign w:val="center"/>
          </w:tcPr>
          <w:p w14:paraId="6AD8D4C7" w14:textId="77777777" w:rsidR="000C640E" w:rsidRDefault="00AC132C">
            <w:r>
              <w:t>☐ Children with SEND</w:t>
            </w:r>
          </w:p>
        </w:tc>
        <w:tc>
          <w:tcPr>
            <w:tcW w:w="5328" w:type="dxa"/>
            <w:vAlign w:val="center"/>
          </w:tcPr>
          <w:p w14:paraId="1B67D2FA" w14:textId="77777777" w:rsidR="000C640E" w:rsidRDefault="00AC132C">
            <w:r>
              <w:t>☐ Families from a priority neighbourhood</w:t>
            </w:r>
          </w:p>
        </w:tc>
      </w:tr>
      <w:tr w:rsidR="000C640E" w14:paraId="0745BAC9" w14:textId="77777777">
        <w:trPr>
          <w:jc w:val="center"/>
        </w:trPr>
        <w:tc>
          <w:tcPr>
            <w:tcW w:w="5328" w:type="dxa"/>
            <w:vAlign w:val="center"/>
          </w:tcPr>
          <w:p w14:paraId="488B48BA" w14:textId="77777777" w:rsidR="000C640E" w:rsidRDefault="00AC132C">
            <w:r>
              <w:t>☐ Other: __________________</w:t>
            </w:r>
          </w:p>
        </w:tc>
        <w:tc>
          <w:tcPr>
            <w:tcW w:w="5328" w:type="dxa"/>
            <w:vAlign w:val="center"/>
          </w:tcPr>
          <w:p w14:paraId="2271EAB4" w14:textId="77777777" w:rsidR="000C640E" w:rsidRDefault="000C640E"/>
        </w:tc>
      </w:tr>
    </w:tbl>
    <w:p w14:paraId="191B57C3" w14:textId="77777777" w:rsidR="000C640E" w:rsidRDefault="00AC132C">
      <w:pPr>
        <w:spacing w:before="40" w:after="0"/>
      </w:pPr>
      <w:r>
        <w:rPr>
          <w:b/>
        </w:rPr>
        <w:t xml:space="preserve">Approx. number of children / families benefiting: </w:t>
      </w:r>
      <w:r>
        <w:t>________________</w:t>
      </w:r>
    </w:p>
    <w:p w14:paraId="490283CB" w14:textId="77777777" w:rsidR="000C640E" w:rsidRDefault="00AC132C">
      <w:pPr>
        <w:pStyle w:val="Heading1"/>
        <w:spacing w:before="100" w:after="40"/>
      </w:pPr>
      <w:r>
        <w:t>5. What difference will the funding make?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0C640E" w14:paraId="75B16EA6" w14:textId="77777777">
        <w:trPr>
          <w:jc w:val="center"/>
        </w:trPr>
        <w:tc>
          <w:tcPr>
            <w:tcW w:w="5328" w:type="dxa"/>
            <w:vAlign w:val="center"/>
          </w:tcPr>
          <w:p w14:paraId="0086E62E" w14:textId="77777777" w:rsidR="000C640E" w:rsidRDefault="00AC132C">
            <w:r>
              <w:t>☐ Help children/families be more physically active</w:t>
            </w:r>
          </w:p>
        </w:tc>
        <w:tc>
          <w:tcPr>
            <w:tcW w:w="5328" w:type="dxa"/>
            <w:vAlign w:val="center"/>
          </w:tcPr>
          <w:p w14:paraId="5239279C" w14:textId="77777777" w:rsidR="000C640E" w:rsidRDefault="00AC132C">
            <w:r>
              <w:t>☐ Create a new activity or opportunity</w:t>
            </w:r>
          </w:p>
        </w:tc>
      </w:tr>
      <w:tr w:rsidR="000C640E" w14:paraId="0361F10B" w14:textId="77777777">
        <w:trPr>
          <w:jc w:val="center"/>
        </w:trPr>
        <w:tc>
          <w:tcPr>
            <w:tcW w:w="5328" w:type="dxa"/>
            <w:vAlign w:val="center"/>
          </w:tcPr>
          <w:p w14:paraId="32EEDFF3" w14:textId="77777777" w:rsidR="000C640E" w:rsidRDefault="00AC132C">
            <w:r>
              <w:t>☐ Improve existing activity or provision</w:t>
            </w:r>
          </w:p>
        </w:tc>
        <w:tc>
          <w:tcPr>
            <w:tcW w:w="5328" w:type="dxa"/>
            <w:vAlign w:val="center"/>
          </w:tcPr>
          <w:p w14:paraId="11123AAE" w14:textId="77777777" w:rsidR="000C640E" w:rsidRDefault="00AC132C">
            <w:r>
              <w:t>☐ Make an activity more accessible or inclusive</w:t>
            </w:r>
          </w:p>
        </w:tc>
      </w:tr>
      <w:tr w:rsidR="000C640E" w14:paraId="6151C8EF" w14:textId="77777777">
        <w:trPr>
          <w:jc w:val="center"/>
        </w:trPr>
        <w:tc>
          <w:tcPr>
            <w:tcW w:w="5328" w:type="dxa"/>
            <w:vAlign w:val="center"/>
          </w:tcPr>
          <w:p w14:paraId="5F68DF94" w14:textId="77777777" w:rsidR="000C640E" w:rsidRDefault="00AC132C">
            <w:r>
              <w:t>☐ Address a gap in local provision</w:t>
            </w:r>
          </w:p>
        </w:tc>
        <w:tc>
          <w:tcPr>
            <w:tcW w:w="5328" w:type="dxa"/>
            <w:vAlign w:val="center"/>
          </w:tcPr>
          <w:p w14:paraId="55560D87" w14:textId="77777777" w:rsidR="000C640E" w:rsidRDefault="00AC132C">
            <w:r>
              <w:t>☐ Support learning/development through movement and play</w:t>
            </w:r>
          </w:p>
        </w:tc>
      </w:tr>
      <w:tr w:rsidR="000C640E" w14:paraId="153823A2" w14:textId="77777777">
        <w:trPr>
          <w:jc w:val="center"/>
        </w:trPr>
        <w:tc>
          <w:tcPr>
            <w:tcW w:w="5328" w:type="dxa"/>
            <w:vAlign w:val="center"/>
          </w:tcPr>
          <w:p w14:paraId="19967150" w14:textId="77777777" w:rsidR="000C640E" w:rsidRDefault="00AC132C">
            <w:r>
              <w:t>☐ Build confidence, skills or knowledge</w:t>
            </w:r>
          </w:p>
        </w:tc>
        <w:tc>
          <w:tcPr>
            <w:tcW w:w="5328" w:type="dxa"/>
            <w:vAlign w:val="center"/>
          </w:tcPr>
          <w:p w14:paraId="3B85C089" w14:textId="77777777" w:rsidR="000C640E" w:rsidRDefault="00AC132C">
            <w:r>
              <w:t>☐ Support family engagement</w:t>
            </w:r>
          </w:p>
        </w:tc>
      </w:tr>
      <w:tr w:rsidR="000C640E" w14:paraId="7728391E" w14:textId="77777777">
        <w:trPr>
          <w:jc w:val="center"/>
        </w:trPr>
        <w:tc>
          <w:tcPr>
            <w:tcW w:w="5328" w:type="dxa"/>
            <w:vAlign w:val="center"/>
          </w:tcPr>
          <w:p w14:paraId="25BBCBDB" w14:textId="77777777" w:rsidR="000C640E" w:rsidRDefault="00AC132C">
            <w:r>
              <w:t>☐ Reduce inequalities in access to physical activity</w:t>
            </w:r>
          </w:p>
        </w:tc>
        <w:tc>
          <w:tcPr>
            <w:tcW w:w="5328" w:type="dxa"/>
            <w:vAlign w:val="center"/>
          </w:tcPr>
          <w:p w14:paraId="30884768" w14:textId="77777777" w:rsidR="000C640E" w:rsidRDefault="00AC132C">
            <w:r>
              <w:t>☐ Other: __________________</w:t>
            </w:r>
          </w:p>
        </w:tc>
      </w:tr>
    </w:tbl>
    <w:p w14:paraId="5D243A05" w14:textId="77777777" w:rsidR="000C640E" w:rsidRDefault="00AC132C">
      <w:pPr>
        <w:spacing w:before="40" w:after="20"/>
      </w:pPr>
      <w:r>
        <w:rPr>
          <w:b/>
        </w:rPr>
        <w:t>In no more than 150 words, tell us what difference the funding will make.</w:t>
      </w:r>
    </w:p>
    <w:p w14:paraId="51D2B10D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1ADF1465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7B1E23E8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4E54647B" w14:textId="11B5339C" w:rsidR="000C640E" w:rsidRDefault="00AC132C">
      <w:pPr>
        <w:pStyle w:val="Heading1"/>
        <w:spacing w:before="80" w:after="40"/>
      </w:pPr>
      <w:r>
        <w:t>6. What will the funding pay for</w:t>
      </w:r>
      <w:r w:rsidR="14F79856">
        <w:t xml:space="preserve"> (add line as required)</w:t>
      </w:r>
      <w:r>
        <w:t>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0C640E" w14:paraId="00FC56C7" w14:textId="77777777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169F9D6D" w14:textId="77777777" w:rsidR="000C640E" w:rsidRDefault="00AC132C">
            <w:r>
              <w:rPr>
                <w:b/>
              </w:rPr>
              <w:t>Item</w:t>
            </w:r>
          </w:p>
        </w:tc>
        <w:tc>
          <w:tcPr>
            <w:tcW w:w="5328" w:type="dxa"/>
            <w:shd w:val="clear" w:color="auto" w:fill="EDEDED"/>
            <w:vAlign w:val="center"/>
          </w:tcPr>
          <w:p w14:paraId="046710CE" w14:textId="77777777" w:rsidR="000C640E" w:rsidRDefault="00AC132C">
            <w:r>
              <w:rPr>
                <w:b/>
              </w:rPr>
              <w:t>Cost</w:t>
            </w:r>
          </w:p>
        </w:tc>
      </w:tr>
      <w:tr w:rsidR="000C640E" w14:paraId="53F1738D" w14:textId="77777777">
        <w:trPr>
          <w:jc w:val="center"/>
        </w:trPr>
        <w:tc>
          <w:tcPr>
            <w:tcW w:w="5328" w:type="dxa"/>
            <w:vAlign w:val="center"/>
          </w:tcPr>
          <w:p w14:paraId="6B99BCA6" w14:textId="77777777" w:rsidR="000C640E" w:rsidRDefault="000C640E"/>
        </w:tc>
        <w:tc>
          <w:tcPr>
            <w:tcW w:w="5328" w:type="dxa"/>
            <w:vAlign w:val="center"/>
          </w:tcPr>
          <w:p w14:paraId="03E71A88" w14:textId="77777777" w:rsidR="000C640E" w:rsidRDefault="00AC132C">
            <w:r>
              <w:t>£</w:t>
            </w:r>
          </w:p>
        </w:tc>
      </w:tr>
      <w:tr w:rsidR="000C640E" w14:paraId="1CA299C7" w14:textId="77777777">
        <w:trPr>
          <w:jc w:val="center"/>
        </w:trPr>
        <w:tc>
          <w:tcPr>
            <w:tcW w:w="5328" w:type="dxa"/>
            <w:vAlign w:val="center"/>
          </w:tcPr>
          <w:p w14:paraId="70EABF23" w14:textId="77777777" w:rsidR="000C640E" w:rsidRDefault="000C640E"/>
        </w:tc>
        <w:tc>
          <w:tcPr>
            <w:tcW w:w="5328" w:type="dxa"/>
            <w:vAlign w:val="center"/>
          </w:tcPr>
          <w:p w14:paraId="78B39686" w14:textId="77777777" w:rsidR="000C640E" w:rsidRDefault="00AC132C">
            <w:r>
              <w:t>£</w:t>
            </w:r>
          </w:p>
        </w:tc>
      </w:tr>
      <w:tr w:rsidR="000C640E" w14:paraId="2E13E690" w14:textId="77777777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24F22DF4" w14:textId="77777777" w:rsidR="000C640E" w:rsidRDefault="00AC132C">
            <w:r>
              <w:rPr>
                <w:b/>
              </w:rPr>
              <w:t>Total</w:t>
            </w:r>
          </w:p>
        </w:tc>
        <w:tc>
          <w:tcPr>
            <w:tcW w:w="5328" w:type="dxa"/>
            <w:shd w:val="clear" w:color="auto" w:fill="EDEDED"/>
            <w:vAlign w:val="center"/>
          </w:tcPr>
          <w:p w14:paraId="79D9A821" w14:textId="77777777" w:rsidR="000C640E" w:rsidRDefault="00AC132C">
            <w:r>
              <w:rPr>
                <w:b/>
              </w:rPr>
              <w:t>£</w:t>
            </w:r>
          </w:p>
        </w:tc>
      </w:tr>
    </w:tbl>
    <w:p w14:paraId="4C80DD6E" w14:textId="7C3A26B2" w:rsidR="000C640E" w:rsidRDefault="00AC132C">
      <w:pPr>
        <w:pStyle w:val="Heading1"/>
        <w:spacing w:before="80" w:after="40"/>
      </w:pPr>
      <w:r>
        <w:t>7. Basic checks</w:t>
      </w:r>
      <w:r w:rsidR="37EDB847">
        <w:t xml:space="preserve"> (to be completed by you)</w:t>
      </w:r>
    </w:p>
    <w:p w14:paraId="06BBAADE" w14:textId="77777777" w:rsidR="000C640E" w:rsidRDefault="00AC132C">
      <w:pPr>
        <w:spacing w:after="0"/>
      </w:pPr>
      <w:r>
        <w:t>☐ The activity will be delivered safely and appropriately.</w:t>
      </w:r>
    </w:p>
    <w:p w14:paraId="6896BB52" w14:textId="4FAEDC0E" w:rsidR="000C640E" w:rsidRDefault="00AC132C">
      <w:pPr>
        <w:spacing w:after="0"/>
      </w:pPr>
      <w:r>
        <w:t>☐ Appropriate safeguarding arrangements are in place where required</w:t>
      </w:r>
      <w:r w:rsidR="0078175E">
        <w:t xml:space="preserve">, </w:t>
      </w:r>
      <w:r w:rsidR="5CBD1716">
        <w:t>(</w:t>
      </w:r>
      <w:r w:rsidR="0078175E">
        <w:t xml:space="preserve">evidence </w:t>
      </w:r>
      <w:r w:rsidR="555E5C1F">
        <w:t>to be submitted with</w:t>
      </w:r>
      <w:r w:rsidR="47B80938">
        <w:t xml:space="preserve"> this</w:t>
      </w:r>
      <w:r w:rsidR="555E5C1F">
        <w:t xml:space="preserve"> application</w:t>
      </w:r>
      <w:r w:rsidR="61BBEB57">
        <w:t>)</w:t>
      </w:r>
    </w:p>
    <w:p w14:paraId="799D2D39" w14:textId="77777777" w:rsidR="000C640E" w:rsidRDefault="00AC132C">
      <w:pPr>
        <w:spacing w:after="0"/>
      </w:pPr>
      <w:r>
        <w:lastRenderedPageBreak/>
        <w:t>☐ The funding will directly benefit the children and/or families identified above.</w:t>
      </w:r>
    </w:p>
    <w:p w14:paraId="1DDCEE40" w14:textId="77777777" w:rsidR="000C640E" w:rsidRDefault="00AC132C">
      <w:pPr>
        <w:spacing w:after="0"/>
      </w:pPr>
      <w:r>
        <w:t>☐ The costs are reasonable and represent good value for money.</w:t>
      </w:r>
    </w:p>
    <w:p w14:paraId="3FACE18B" w14:textId="77777777" w:rsidR="000C640E" w:rsidRDefault="00AC132C">
      <w:pPr>
        <w:spacing w:after="0"/>
      </w:pPr>
      <w:r>
        <w:t>☐ We are able to spend the funding for the purpose described.</w:t>
      </w:r>
    </w:p>
    <w:p w14:paraId="07170DB5" w14:textId="770AD7C3" w:rsidR="688121D6" w:rsidRDefault="688121D6" w:rsidP="688121D6">
      <w:pPr>
        <w:spacing w:after="0"/>
      </w:pPr>
    </w:p>
    <w:p w14:paraId="66557898" w14:textId="77777777" w:rsidR="000C640E" w:rsidRDefault="00AC132C">
      <w:pPr>
        <w:spacing w:before="40"/>
      </w:pPr>
      <w:r>
        <w:rPr>
          <w:b/>
        </w:rPr>
        <w:t xml:space="preserve">Name: </w:t>
      </w:r>
      <w:r>
        <w:t xml:space="preserve">________________________    </w:t>
      </w:r>
      <w:r>
        <w:rPr>
          <w:b/>
        </w:rPr>
        <w:t xml:space="preserve">Date: </w:t>
      </w:r>
      <w:r>
        <w:t>________________</w:t>
      </w:r>
    </w:p>
    <w:p w14:paraId="78005D05" w14:textId="77777777" w:rsidR="000C640E" w:rsidRDefault="00AC132C">
      <w:r>
        <w:br/>
      </w:r>
    </w:p>
    <w:p w14:paraId="40FD880C" w14:textId="77777777" w:rsidR="000C640E" w:rsidRDefault="00AC132C">
      <w:pPr>
        <w:pStyle w:val="Heading1"/>
        <w:spacing w:after="100"/>
        <w:jc w:val="center"/>
      </w:pPr>
      <w:r>
        <w:t>For Active Oxfordshire use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0C640E" w14:paraId="0AF891D9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5958F851" w14:textId="77777777" w:rsidR="000C640E" w:rsidRDefault="00AC132C" w:rsidP="688121D6">
            <w:pPr>
              <w:rPr>
                <w:b/>
                <w:bCs/>
              </w:rPr>
            </w:pPr>
            <w:r w:rsidRPr="688121D6">
              <w:rPr>
                <w:b/>
                <w:bCs/>
              </w:rPr>
              <w:t>Mandatory: Directly benefits Early Years children and/or families</w:t>
            </w:r>
          </w:p>
        </w:tc>
        <w:tc>
          <w:tcPr>
            <w:tcW w:w="5328" w:type="dxa"/>
            <w:vAlign w:val="center"/>
          </w:tcPr>
          <w:p w14:paraId="453B31F6" w14:textId="77777777" w:rsidR="000C640E" w:rsidRDefault="00AC132C">
            <w:r>
              <w:t>☐ Yes   ☐ No — if No, decline</w:t>
            </w:r>
          </w:p>
        </w:tc>
      </w:tr>
      <w:tr w:rsidR="000C640E" w14:paraId="00413D9E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7CFFDF63" w14:textId="77777777" w:rsidR="000C640E" w:rsidRDefault="00AC132C">
            <w:r>
              <w:rPr>
                <w:b/>
              </w:rPr>
              <w:t>Supports increased physical activity</w:t>
            </w:r>
          </w:p>
        </w:tc>
        <w:tc>
          <w:tcPr>
            <w:tcW w:w="5328" w:type="dxa"/>
            <w:vAlign w:val="center"/>
          </w:tcPr>
          <w:p w14:paraId="7F29C396" w14:textId="77777777" w:rsidR="000C640E" w:rsidRDefault="00AC132C">
            <w:r>
              <w:t>☐ Yes   ☐ No</w:t>
            </w:r>
          </w:p>
        </w:tc>
      </w:tr>
      <w:tr w:rsidR="000C640E" w14:paraId="075F6604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61E58E12" w14:textId="77777777" w:rsidR="000C640E" w:rsidRDefault="00AC132C">
            <w:r>
              <w:rPr>
                <w:b/>
              </w:rPr>
              <w:t>Aligns with YouMove aims / reducing inequalities</w:t>
            </w:r>
          </w:p>
        </w:tc>
        <w:tc>
          <w:tcPr>
            <w:tcW w:w="5328" w:type="dxa"/>
            <w:vAlign w:val="center"/>
          </w:tcPr>
          <w:p w14:paraId="3E8820CE" w14:textId="77777777" w:rsidR="000C640E" w:rsidRDefault="00AC132C">
            <w:r>
              <w:t>☐ Yes   ☐ No</w:t>
            </w:r>
          </w:p>
        </w:tc>
      </w:tr>
      <w:tr w:rsidR="000C640E" w14:paraId="75F7E325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71D95F7F" w14:textId="77777777" w:rsidR="000C640E" w:rsidRDefault="00AC132C">
            <w:r>
              <w:rPr>
                <w:b/>
              </w:rPr>
              <w:t>Improves, increases or makes provision more accessible</w:t>
            </w:r>
          </w:p>
        </w:tc>
        <w:tc>
          <w:tcPr>
            <w:tcW w:w="5328" w:type="dxa"/>
            <w:vAlign w:val="center"/>
          </w:tcPr>
          <w:p w14:paraId="3B31863F" w14:textId="77777777" w:rsidR="000C640E" w:rsidRDefault="00AC132C">
            <w:r>
              <w:t>☐ Yes   ☐ No</w:t>
            </w:r>
          </w:p>
        </w:tc>
      </w:tr>
      <w:tr w:rsidR="000C640E" w14:paraId="61CFEC93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41D1EE7D" w14:textId="77777777" w:rsidR="000C640E" w:rsidRDefault="00AC132C">
            <w:r>
              <w:rPr>
                <w:b/>
              </w:rPr>
              <w:t>Costs are reasonable and proportionate</w:t>
            </w:r>
          </w:p>
        </w:tc>
        <w:tc>
          <w:tcPr>
            <w:tcW w:w="5328" w:type="dxa"/>
            <w:vAlign w:val="center"/>
          </w:tcPr>
          <w:p w14:paraId="2DB7088E" w14:textId="77777777" w:rsidR="000C640E" w:rsidRDefault="00AC132C">
            <w:r>
              <w:t>☐ Yes   ☐ No</w:t>
            </w:r>
          </w:p>
        </w:tc>
      </w:tr>
      <w:tr w:rsidR="000C640E" w14:paraId="31ACF4AB" w14:textId="77777777" w:rsidTr="688121D6">
        <w:trPr>
          <w:jc w:val="center"/>
        </w:trPr>
        <w:tc>
          <w:tcPr>
            <w:tcW w:w="5328" w:type="dxa"/>
            <w:shd w:val="clear" w:color="auto" w:fill="EDEDED"/>
            <w:vAlign w:val="center"/>
          </w:tcPr>
          <w:p w14:paraId="00B3BE10" w14:textId="77777777" w:rsidR="000C640E" w:rsidRDefault="00AC132C">
            <w:r>
              <w:rPr>
                <w:b/>
              </w:rPr>
              <w:t>Safeguarding / delivery arrangements satisfactory</w:t>
            </w:r>
          </w:p>
        </w:tc>
        <w:tc>
          <w:tcPr>
            <w:tcW w:w="5328" w:type="dxa"/>
            <w:vAlign w:val="center"/>
          </w:tcPr>
          <w:p w14:paraId="0A8F2C8E" w14:textId="77777777" w:rsidR="000C640E" w:rsidRDefault="00AC132C">
            <w:r>
              <w:t>☐ Yes   ☐ No</w:t>
            </w:r>
          </w:p>
        </w:tc>
      </w:tr>
    </w:tbl>
    <w:p w14:paraId="53330220" w14:textId="77777777" w:rsidR="000C640E" w:rsidRDefault="00AC132C">
      <w:pPr>
        <w:spacing w:before="100"/>
      </w:pPr>
      <w:r>
        <w:rPr>
          <w:b/>
        </w:rPr>
        <w:t xml:space="preserve">Decision: </w:t>
      </w:r>
      <w:r>
        <w:t>☐ Approved   ☐ Approved with conditions   ☐ Further information required   ☐ Declined</w:t>
      </w:r>
    </w:p>
    <w:p w14:paraId="66E55815" w14:textId="77777777" w:rsidR="000C640E" w:rsidRDefault="00AC132C">
      <w:r>
        <w:rPr>
          <w:b/>
        </w:rPr>
        <w:t>Amount approved: £</w:t>
      </w:r>
      <w:r>
        <w:t>________________</w:t>
      </w:r>
    </w:p>
    <w:p w14:paraId="077106AF" w14:textId="77777777" w:rsidR="000C640E" w:rsidRDefault="00AC132C">
      <w:r>
        <w:rPr>
          <w:b/>
        </w:rPr>
        <w:t>Comments / conditions:</w:t>
      </w:r>
    </w:p>
    <w:p w14:paraId="161A0E04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009869E7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72236A1A" w14:textId="77777777" w:rsidR="000C640E" w:rsidRDefault="00AC132C">
      <w:pPr>
        <w:spacing w:after="0"/>
      </w:pPr>
      <w:r>
        <w:t>________________________________________________________________________________</w:t>
      </w:r>
    </w:p>
    <w:p w14:paraId="53AA6793" w14:textId="77777777" w:rsidR="000C640E" w:rsidRDefault="00AC132C">
      <w:pPr>
        <w:spacing w:before="80"/>
      </w:pPr>
      <w:r>
        <w:rPr>
          <w:b/>
        </w:rPr>
        <w:t xml:space="preserve">Approved by: </w:t>
      </w:r>
      <w:r>
        <w:t xml:space="preserve">________________________    </w:t>
      </w:r>
      <w:r>
        <w:rPr>
          <w:b/>
        </w:rPr>
        <w:t xml:space="preserve">Date: </w:t>
      </w:r>
      <w:r>
        <w:t>________________</w:t>
      </w:r>
    </w:p>
    <w:sectPr w:rsidR="000C640E" w:rsidSect="00034616">
      <w:footerReference w:type="default" r:id="rId12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BF0EC" w14:textId="77777777" w:rsidR="009621B7" w:rsidRDefault="009621B7">
      <w:pPr>
        <w:spacing w:after="0" w:line="240" w:lineRule="auto"/>
      </w:pPr>
      <w:r>
        <w:separator/>
      </w:r>
    </w:p>
  </w:endnote>
  <w:endnote w:type="continuationSeparator" w:id="0">
    <w:p w14:paraId="485C507D" w14:textId="77777777" w:rsidR="009621B7" w:rsidRDefault="0096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7BEF" w14:textId="77777777" w:rsidR="000C640E" w:rsidRDefault="00AC132C">
    <w:pPr>
      <w:pStyle w:val="Footer"/>
      <w:jc w:val="center"/>
    </w:pPr>
    <w:r>
      <w:rPr>
        <w:sz w:val="16"/>
      </w:rPr>
      <w:t>Active Oxfordshire | Small Grants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22986" w14:textId="77777777" w:rsidR="009621B7" w:rsidRDefault="009621B7">
      <w:pPr>
        <w:spacing w:after="0" w:line="240" w:lineRule="auto"/>
      </w:pPr>
      <w:r>
        <w:separator/>
      </w:r>
    </w:p>
  </w:footnote>
  <w:footnote w:type="continuationSeparator" w:id="0">
    <w:p w14:paraId="2FA2F3EC" w14:textId="77777777" w:rsidR="009621B7" w:rsidRDefault="00962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1500992">
    <w:abstractNumId w:val="8"/>
  </w:num>
  <w:num w:numId="2" w16cid:durableId="1713963662">
    <w:abstractNumId w:val="6"/>
  </w:num>
  <w:num w:numId="3" w16cid:durableId="775557279">
    <w:abstractNumId w:val="5"/>
  </w:num>
  <w:num w:numId="4" w16cid:durableId="360281176">
    <w:abstractNumId w:val="4"/>
  </w:num>
  <w:num w:numId="5" w16cid:durableId="1803691231">
    <w:abstractNumId w:val="7"/>
  </w:num>
  <w:num w:numId="6" w16cid:durableId="877280245">
    <w:abstractNumId w:val="3"/>
  </w:num>
  <w:num w:numId="7" w16cid:durableId="519852347">
    <w:abstractNumId w:val="2"/>
  </w:num>
  <w:num w:numId="8" w16cid:durableId="214397102">
    <w:abstractNumId w:val="1"/>
  </w:num>
  <w:num w:numId="9" w16cid:durableId="79845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40E"/>
    <w:rsid w:val="0015074B"/>
    <w:rsid w:val="001D0A68"/>
    <w:rsid w:val="0029639D"/>
    <w:rsid w:val="00326F90"/>
    <w:rsid w:val="00347280"/>
    <w:rsid w:val="0055311F"/>
    <w:rsid w:val="005E2F1A"/>
    <w:rsid w:val="00773AFB"/>
    <w:rsid w:val="0078175E"/>
    <w:rsid w:val="009621B7"/>
    <w:rsid w:val="00A07929"/>
    <w:rsid w:val="00A36EB9"/>
    <w:rsid w:val="00AA1D8D"/>
    <w:rsid w:val="00AC132C"/>
    <w:rsid w:val="00B47730"/>
    <w:rsid w:val="00CA196D"/>
    <w:rsid w:val="00CB0664"/>
    <w:rsid w:val="00F5436B"/>
    <w:rsid w:val="00FC693F"/>
    <w:rsid w:val="027C61D8"/>
    <w:rsid w:val="0386CD47"/>
    <w:rsid w:val="14F79856"/>
    <w:rsid w:val="1799AB5D"/>
    <w:rsid w:val="1ACAE84E"/>
    <w:rsid w:val="206B5F78"/>
    <w:rsid w:val="24F3FECD"/>
    <w:rsid w:val="2A0B78B0"/>
    <w:rsid w:val="2EBB50AA"/>
    <w:rsid w:val="32ED3F72"/>
    <w:rsid w:val="3356FDED"/>
    <w:rsid w:val="37EDB847"/>
    <w:rsid w:val="413064A2"/>
    <w:rsid w:val="47B80938"/>
    <w:rsid w:val="49344025"/>
    <w:rsid w:val="4B4732F0"/>
    <w:rsid w:val="4C06680F"/>
    <w:rsid w:val="4DC43F09"/>
    <w:rsid w:val="54CA5C58"/>
    <w:rsid w:val="555E5C1F"/>
    <w:rsid w:val="55E7B478"/>
    <w:rsid w:val="5A4A7EB2"/>
    <w:rsid w:val="5B2D58C7"/>
    <w:rsid w:val="5CBD1716"/>
    <w:rsid w:val="5D318893"/>
    <w:rsid w:val="5DBFADE9"/>
    <w:rsid w:val="5F795CF6"/>
    <w:rsid w:val="606A560B"/>
    <w:rsid w:val="61BBEB57"/>
    <w:rsid w:val="66F475C5"/>
    <w:rsid w:val="671A52AE"/>
    <w:rsid w:val="67430B91"/>
    <w:rsid w:val="688121D6"/>
    <w:rsid w:val="6AEC86C9"/>
    <w:rsid w:val="6BD5D1AB"/>
    <w:rsid w:val="70D73DD4"/>
    <w:rsid w:val="79B72EBB"/>
    <w:rsid w:val="7CB53827"/>
    <w:rsid w:val="7E6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38E003"/>
  <w14:defaultImageDpi w14:val="300"/>
  <w15:docId w15:val="{A0C72D82-5689-45FA-89AD-22096BB5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68812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rimosharrafa@activeoxfordshire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33aaab-af76-4492-af6f-18e483bd65c4">
      <Terms xmlns="http://schemas.microsoft.com/office/infopath/2007/PartnerControls"/>
    </lcf76f155ced4ddcb4097134ff3c332f>
    <TaxCatchAll xmlns="2b644b01-71c8-4b91-aa85-b62311b604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8F28D59178047BF6E439E2BD16DAF" ma:contentTypeVersion="19" ma:contentTypeDescription="Create a new document." ma:contentTypeScope="" ma:versionID="14752b7b001c307dd5b0e4e5271eb277">
  <xsd:schema xmlns:xsd="http://www.w3.org/2001/XMLSchema" xmlns:xs="http://www.w3.org/2001/XMLSchema" xmlns:p="http://schemas.microsoft.com/office/2006/metadata/properties" xmlns:ns2="2c33aaab-af76-4492-af6f-18e483bd65c4" xmlns:ns3="2b644b01-71c8-4b91-aa85-b62311b60483" targetNamespace="http://schemas.microsoft.com/office/2006/metadata/properties" ma:root="true" ma:fieldsID="710e83ae24ade131c82595891f53da47" ns2:_="" ns3:_="">
    <xsd:import namespace="2c33aaab-af76-4492-af6f-18e483bd65c4"/>
    <xsd:import namespace="2b644b01-71c8-4b91-aa85-b62311b604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3aaab-af76-4492-af6f-18e483bd6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57de78-d1af-4e90-a466-6f1273b941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44b01-71c8-4b91-aa85-b62311b604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c13875-9cf3-4a27-ab4c-1c3afe36279a}" ma:internalName="TaxCatchAll" ma:showField="CatchAllData" ma:web="2b644b01-71c8-4b91-aa85-b62311b60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26A591-4CAF-4163-9754-B524550B9620}">
  <ds:schemaRefs>
    <ds:schemaRef ds:uri="http://schemas.microsoft.com/office/2006/metadata/properties"/>
    <ds:schemaRef ds:uri="http://schemas.microsoft.com/office/infopath/2007/PartnerControls"/>
    <ds:schemaRef ds:uri="2c33aaab-af76-4492-af6f-18e483bd65c4"/>
    <ds:schemaRef ds:uri="2b644b01-71c8-4b91-aa85-b62311b60483"/>
  </ds:schemaRefs>
</ds:datastoreItem>
</file>

<file path=customXml/itemProps2.xml><?xml version="1.0" encoding="utf-8"?>
<ds:datastoreItem xmlns:ds="http://schemas.openxmlformats.org/officeDocument/2006/customXml" ds:itemID="{96A0B460-0D0D-4152-99B2-DD5FC107F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8BAE97-57D3-4512-923E-F2D1CA266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3aaab-af76-4492-af6f-18e483bd65c4"/>
    <ds:schemaRef ds:uri="2b644b01-71c8-4b91-aa85-b62311b60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Manager/>
  <Company/>
  <LinksUpToDate>false</LinksUpToDate>
  <CharactersWithSpaces>3692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Robb, Natalie - Oxfordshire County Council</cp:lastModifiedBy>
  <cp:revision>2</cp:revision>
  <dcterms:created xsi:type="dcterms:W3CDTF">2026-10-23T08:58:00Z</dcterms:created>
  <dcterms:modified xsi:type="dcterms:W3CDTF">2026-10-23T08:58:00Z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0x0101007178F28D59178047BF6E439E2BD16DAF</vt:lpwstr>
  </property>
  <property fmtid="{D5CDD505-2E9C-101B-9397-08002B2CF9AE}" pid="3" name="MediaServiceImageTags">
    <vt:lpwstr/>
  </property>
</Properties>
</file>